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B01" w:rsidRDefault="00333F1D" w:rsidP="00C528BC">
      <w:pPr>
        <w:jc w:val="center"/>
        <w:rPr>
          <w:lang w:eastAsia="zh-TW"/>
        </w:rPr>
      </w:pPr>
      <w:bookmarkStart w:id="0" w:name="_GoBack"/>
      <w:bookmarkEnd w:id="0"/>
      <w:r>
        <w:rPr>
          <w:b/>
          <w:sz w:val="52"/>
          <w:lang w:eastAsia="zh-TW"/>
        </w:rPr>
        <w:t>海外</w:t>
      </w:r>
      <w:r w:rsidR="003B4B01">
        <w:rPr>
          <w:b/>
          <w:sz w:val="52"/>
          <w:lang w:eastAsia="zh-TW"/>
        </w:rPr>
        <w:t>客語教學推廣計畫書</w:t>
      </w:r>
    </w:p>
    <w:p w:rsidR="003E2472" w:rsidRPr="00EA2877" w:rsidRDefault="003B4B01" w:rsidP="00B849A1">
      <w:pPr>
        <w:rPr>
          <w:sz w:val="32"/>
          <w:szCs w:val="32"/>
          <w:lang w:eastAsia="zh-TW"/>
        </w:rPr>
      </w:pPr>
      <w:r>
        <w:rPr>
          <w:lang w:eastAsia="zh-TW"/>
        </w:rPr>
        <w:t xml:space="preserve"> </w:t>
      </w:r>
      <w:r w:rsidR="002A4A25" w:rsidRPr="00EA2877">
        <w:rPr>
          <w:sz w:val="32"/>
          <w:szCs w:val="32"/>
          <w:lang w:eastAsia="zh-TW"/>
        </w:rPr>
        <w:t>一、計畫緣起</w:t>
      </w:r>
    </w:p>
    <w:p w:rsidR="003E2472" w:rsidRDefault="002A4A25">
      <w:pPr>
        <w:rPr>
          <w:lang w:eastAsia="zh-TW"/>
        </w:rPr>
      </w:pPr>
      <w:r>
        <w:rPr>
          <w:lang w:eastAsia="zh-TW"/>
        </w:rPr>
        <w:t>為推動客語文化海外傳承，並促進海外僑界及下一代對客家語言與文化之認識，規劃於</w:t>
      </w:r>
      <w:r w:rsidR="00207C84">
        <w:rPr>
          <w:lang w:eastAsia="zh-TW"/>
        </w:rPr>
        <w:t>海外客語地區</w:t>
      </w:r>
      <w:r>
        <w:rPr>
          <w:lang w:eastAsia="zh-TW"/>
        </w:rPr>
        <w:t>辦理客語教學課程，透過系統化課程與文化體驗，提升海外</w:t>
      </w:r>
      <w:proofErr w:type="gramStart"/>
      <w:r>
        <w:rPr>
          <w:lang w:eastAsia="zh-TW"/>
        </w:rPr>
        <w:t>學童對客語</w:t>
      </w:r>
      <w:proofErr w:type="gramEnd"/>
      <w:r>
        <w:rPr>
          <w:lang w:eastAsia="zh-TW"/>
        </w:rPr>
        <w:t>之學習興趣與實際運用能力。</w:t>
      </w:r>
    </w:p>
    <w:p w:rsidR="003E2472" w:rsidRPr="003E1406" w:rsidRDefault="002A4A25">
      <w:pPr>
        <w:pStyle w:val="1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  <w:r w:rsidRPr="003E1406"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>二、計畫目標</w:t>
      </w:r>
    </w:p>
    <w:p w:rsidR="003E2472" w:rsidRDefault="002A4A25">
      <w:pPr>
        <w:rPr>
          <w:lang w:eastAsia="zh-TW"/>
        </w:rPr>
      </w:pPr>
      <w:r>
        <w:rPr>
          <w:lang w:eastAsia="zh-TW"/>
        </w:rPr>
        <w:t>（一）推廣</w:t>
      </w:r>
      <w:proofErr w:type="gramStart"/>
      <w:r>
        <w:rPr>
          <w:lang w:eastAsia="zh-TW"/>
        </w:rPr>
        <w:t>客語於海外</w:t>
      </w:r>
      <w:proofErr w:type="gramEnd"/>
      <w:r>
        <w:rPr>
          <w:lang w:eastAsia="zh-TW"/>
        </w:rPr>
        <w:t>社群之使用與傳承。</w:t>
      </w:r>
    </w:p>
    <w:p w:rsidR="003E2472" w:rsidRDefault="002A4A25">
      <w:pPr>
        <w:rPr>
          <w:lang w:eastAsia="zh-TW"/>
        </w:rPr>
      </w:pPr>
      <w:r>
        <w:rPr>
          <w:lang w:eastAsia="zh-TW"/>
        </w:rPr>
        <w:t>（二）提升海外學童客語聽說能力。</w:t>
      </w:r>
    </w:p>
    <w:p w:rsidR="003E2472" w:rsidRDefault="002A4A25">
      <w:pPr>
        <w:rPr>
          <w:lang w:eastAsia="zh-TW"/>
        </w:rPr>
      </w:pPr>
      <w:r>
        <w:rPr>
          <w:lang w:eastAsia="zh-TW"/>
        </w:rPr>
        <w:t>（三）促進臺灣與海外客家社團文化交流。</w:t>
      </w:r>
    </w:p>
    <w:p w:rsidR="003E2472" w:rsidRDefault="002A4A25">
      <w:pPr>
        <w:rPr>
          <w:lang w:eastAsia="zh-TW"/>
        </w:rPr>
      </w:pPr>
      <w:r>
        <w:rPr>
          <w:lang w:eastAsia="zh-TW"/>
        </w:rPr>
        <w:t>（四）建立海外客語教學推廣模式。</w:t>
      </w:r>
    </w:p>
    <w:p w:rsidR="003E2472" w:rsidRPr="003E1406" w:rsidRDefault="002A4A25">
      <w:pPr>
        <w:pStyle w:val="1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  <w:r w:rsidRPr="003E1406"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>三、辦理單位</w:t>
      </w:r>
    </w:p>
    <w:p w:rsidR="003E2472" w:rsidRDefault="002A4A25">
      <w:pPr>
        <w:rPr>
          <w:lang w:eastAsia="zh-TW"/>
        </w:rPr>
      </w:pPr>
      <w:r>
        <w:rPr>
          <w:lang w:eastAsia="zh-TW"/>
        </w:rPr>
        <w:t>（一）指導單位：</w:t>
      </w:r>
      <w:r w:rsidR="008057C8">
        <w:rPr>
          <w:lang w:eastAsia="zh-TW"/>
        </w:rPr>
        <w:t>新竹</w:t>
      </w:r>
      <w:r>
        <w:rPr>
          <w:lang w:eastAsia="zh-TW"/>
        </w:rPr>
        <w:t>縣政府</w:t>
      </w:r>
    </w:p>
    <w:p w:rsidR="003E2472" w:rsidRDefault="002A4A25">
      <w:pPr>
        <w:rPr>
          <w:lang w:eastAsia="zh-TW"/>
        </w:rPr>
      </w:pPr>
      <w:r>
        <w:rPr>
          <w:lang w:eastAsia="zh-TW"/>
        </w:rPr>
        <w:t>（二）</w:t>
      </w:r>
      <w:r w:rsidR="00BB7612">
        <w:rPr>
          <w:lang w:eastAsia="zh-TW"/>
        </w:rPr>
        <w:t>承辦</w:t>
      </w:r>
      <w:r>
        <w:rPr>
          <w:lang w:eastAsia="zh-TW"/>
        </w:rPr>
        <w:t>單位：</w:t>
      </w:r>
      <w:r w:rsidR="00582ED2">
        <w:rPr>
          <w:lang w:eastAsia="zh-TW"/>
        </w:rPr>
        <w:t>海外</w:t>
      </w:r>
      <w:r>
        <w:rPr>
          <w:lang w:eastAsia="zh-TW"/>
        </w:rPr>
        <w:t>客家</w:t>
      </w:r>
      <w:r w:rsidR="00161500">
        <w:rPr>
          <w:lang w:eastAsia="zh-TW"/>
        </w:rPr>
        <w:t>相關單位</w:t>
      </w:r>
    </w:p>
    <w:p w:rsidR="003E2472" w:rsidRDefault="002A4A25">
      <w:pPr>
        <w:rPr>
          <w:lang w:eastAsia="zh-TW"/>
        </w:rPr>
      </w:pPr>
      <w:r>
        <w:rPr>
          <w:lang w:eastAsia="zh-TW"/>
        </w:rPr>
        <w:t>（三）辦理地點：</w:t>
      </w:r>
      <w:r w:rsidR="00582ED2">
        <w:rPr>
          <w:lang w:eastAsia="zh-TW"/>
        </w:rPr>
        <w:t>海外需求</w:t>
      </w:r>
      <w:r w:rsidR="008A4D25">
        <w:rPr>
          <w:lang w:eastAsia="zh-TW"/>
        </w:rPr>
        <w:t>地區</w:t>
      </w:r>
    </w:p>
    <w:p w:rsidR="00EA07CC" w:rsidRDefault="00EA07CC" w:rsidP="00EA07CC">
      <w:pPr>
        <w:pStyle w:val="1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>四</w:t>
      </w:r>
      <w:r w:rsidRPr="00EA07CC">
        <w:rPr>
          <w:rFonts w:ascii="標楷體" w:eastAsia="標楷體" w:hAnsi="標楷體" w:hint="eastAsia"/>
          <w:color w:val="000000" w:themeColor="text1"/>
          <w:sz w:val="32"/>
          <w:szCs w:val="32"/>
          <w:lang w:eastAsia="zh-TW"/>
        </w:rPr>
        <w:t>、執行方式</w:t>
      </w:r>
    </w:p>
    <w:p w:rsidR="00EA07CC" w:rsidRPr="00EA07CC" w:rsidRDefault="00EA07CC" w:rsidP="00EA07CC">
      <w:pPr>
        <w:rPr>
          <w:lang w:eastAsia="zh-TW"/>
        </w:rPr>
      </w:pPr>
      <w:r w:rsidRPr="00EA07CC">
        <w:rPr>
          <w:lang w:eastAsia="zh-TW"/>
        </w:rPr>
        <w:t>(</w:t>
      </w:r>
      <w:proofErr w:type="gramStart"/>
      <w:r w:rsidRPr="00EA07CC">
        <w:rPr>
          <w:lang w:eastAsia="zh-TW"/>
        </w:rPr>
        <w:t>一</w:t>
      </w:r>
      <w:proofErr w:type="gramEnd"/>
      <w:r w:rsidRPr="00EA07CC">
        <w:rPr>
          <w:lang w:eastAsia="zh-TW"/>
        </w:rPr>
        <w:t>)客語教學推廣：客語基礎教學、客語日常會話、客家歌謠教學、客家文化介紹。</w:t>
      </w:r>
    </w:p>
    <w:p w:rsidR="00EA07CC" w:rsidRPr="00EA07CC" w:rsidRDefault="00EA07CC" w:rsidP="00EA07CC">
      <w:pPr>
        <w:rPr>
          <w:lang w:eastAsia="zh-TW"/>
        </w:rPr>
      </w:pPr>
      <w:r w:rsidRPr="00EA07CC">
        <w:rPr>
          <w:lang w:eastAsia="zh-TW"/>
        </w:rPr>
        <w:t>(二)客家文化交流活動：透過客家山歌、</w:t>
      </w:r>
      <w:r w:rsidR="006E3036">
        <w:rPr>
          <w:lang w:eastAsia="zh-TW"/>
        </w:rPr>
        <w:t>戲</w:t>
      </w:r>
      <w:r w:rsidR="00F15579">
        <w:rPr>
          <w:lang w:eastAsia="zh-TW"/>
        </w:rPr>
        <w:t>劇</w:t>
      </w:r>
      <w:r w:rsidR="005E0649">
        <w:rPr>
          <w:lang w:eastAsia="zh-TW"/>
        </w:rPr>
        <w:t>及文學</w:t>
      </w:r>
      <w:r w:rsidRPr="00EA07CC">
        <w:rPr>
          <w:lang w:eastAsia="zh-TW"/>
        </w:rPr>
        <w:t>文化分享促進交流。</w:t>
      </w:r>
    </w:p>
    <w:p w:rsidR="00EA07CC" w:rsidRPr="00EA07CC" w:rsidRDefault="00EA07CC" w:rsidP="00EA07CC">
      <w:pPr>
        <w:rPr>
          <w:lang w:eastAsia="zh-TW"/>
        </w:rPr>
      </w:pPr>
      <w:r w:rsidRPr="00EA07CC">
        <w:rPr>
          <w:lang w:eastAsia="zh-TW"/>
        </w:rPr>
        <w:t>(三)</w:t>
      </w:r>
      <w:r w:rsidR="00AC3BFA">
        <w:rPr>
          <w:lang w:eastAsia="zh-TW"/>
        </w:rPr>
        <w:t>客語老師</w:t>
      </w:r>
      <w:r w:rsidRPr="00EA07CC">
        <w:rPr>
          <w:lang w:eastAsia="zh-TW"/>
        </w:rPr>
        <w:t>遴選：</w:t>
      </w:r>
      <w:proofErr w:type="gramStart"/>
      <w:r w:rsidR="00AC3BFA">
        <w:rPr>
          <w:lang w:eastAsia="zh-TW"/>
        </w:rPr>
        <w:t>具</w:t>
      </w:r>
      <w:r w:rsidR="008157FA" w:rsidRPr="00EA07CC">
        <w:rPr>
          <w:lang w:eastAsia="zh-TW"/>
        </w:rPr>
        <w:t>客語</w:t>
      </w:r>
      <w:proofErr w:type="gramEnd"/>
      <w:r w:rsidR="008157FA">
        <w:rPr>
          <w:lang w:eastAsia="zh-TW"/>
        </w:rPr>
        <w:t>能力</w:t>
      </w:r>
      <w:r w:rsidR="008157FA">
        <w:rPr>
          <w:rFonts w:hint="eastAsia"/>
          <w:lang w:eastAsia="zh-TW"/>
        </w:rPr>
        <w:t>認證中級以上</w:t>
      </w:r>
      <w:r w:rsidR="00AC3BFA">
        <w:rPr>
          <w:rFonts w:hint="eastAsia"/>
          <w:lang w:eastAsia="zh-TW"/>
        </w:rPr>
        <w:t>且有國小教學經驗者，</w:t>
      </w:r>
      <w:proofErr w:type="gramStart"/>
      <w:r w:rsidR="00AC3BFA">
        <w:rPr>
          <w:rFonts w:hint="eastAsia"/>
          <w:lang w:eastAsia="zh-TW"/>
        </w:rPr>
        <w:t>具</w:t>
      </w:r>
      <w:r w:rsidRPr="00EA07CC">
        <w:rPr>
          <w:lang w:eastAsia="zh-TW"/>
        </w:rPr>
        <w:t>薪傳</w:t>
      </w:r>
      <w:proofErr w:type="gramEnd"/>
      <w:r w:rsidRPr="00EA07CC">
        <w:rPr>
          <w:lang w:eastAsia="zh-TW"/>
        </w:rPr>
        <w:t>師</w:t>
      </w:r>
      <w:r w:rsidR="00AC3BFA">
        <w:rPr>
          <w:lang w:eastAsia="zh-TW"/>
        </w:rPr>
        <w:t>資格者尤佳，</w:t>
      </w:r>
      <w:r w:rsidRPr="00EA07CC">
        <w:rPr>
          <w:lang w:eastAsia="zh-TW"/>
        </w:rPr>
        <w:t>擇優遴選授課。</w:t>
      </w:r>
    </w:p>
    <w:p w:rsidR="003E2472" w:rsidRPr="003E1406" w:rsidRDefault="00EA07CC">
      <w:pPr>
        <w:pStyle w:val="1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lastRenderedPageBreak/>
        <w:t>五</w:t>
      </w:r>
      <w:r w:rsidR="002A4A25" w:rsidRPr="003E1406"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>、課程規劃</w:t>
      </w:r>
    </w:p>
    <w:tbl>
      <w:tblPr>
        <w:tblStyle w:val="aff2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3E2472">
        <w:tc>
          <w:tcPr>
            <w:tcW w:w="4320" w:type="dxa"/>
          </w:tcPr>
          <w:p w:rsidR="003E2472" w:rsidRDefault="002A4A25">
            <w:r>
              <w:t>項目</w:t>
            </w:r>
          </w:p>
        </w:tc>
        <w:tc>
          <w:tcPr>
            <w:tcW w:w="4320" w:type="dxa"/>
          </w:tcPr>
          <w:p w:rsidR="003E2472" w:rsidRDefault="002A4A25">
            <w:r>
              <w:t>內容</w:t>
            </w:r>
          </w:p>
        </w:tc>
      </w:tr>
      <w:tr w:rsidR="003E2472">
        <w:tc>
          <w:tcPr>
            <w:tcW w:w="4320" w:type="dxa"/>
          </w:tcPr>
          <w:p w:rsidR="003E2472" w:rsidRDefault="002A4A25">
            <w:r>
              <w:t>授課時間</w:t>
            </w:r>
          </w:p>
        </w:tc>
        <w:tc>
          <w:tcPr>
            <w:tcW w:w="4320" w:type="dxa"/>
          </w:tcPr>
          <w:p w:rsidR="003E2472" w:rsidRDefault="0018163B" w:rsidP="0018163B">
            <w:pPr>
              <w:rPr>
                <w:lang w:eastAsia="zh-TW"/>
              </w:rPr>
            </w:pPr>
            <w:r>
              <w:rPr>
                <w:lang w:eastAsia="zh-TW"/>
              </w:rPr>
              <w:t>視海外客家單位需求訂之，原則1班135</w:t>
            </w:r>
            <w:r w:rsidR="00785976">
              <w:rPr>
                <w:lang w:eastAsia="zh-TW"/>
              </w:rPr>
              <w:t>節</w:t>
            </w:r>
            <w:r>
              <w:rPr>
                <w:lang w:eastAsia="zh-TW"/>
              </w:rPr>
              <w:t>。</w:t>
            </w:r>
          </w:p>
        </w:tc>
      </w:tr>
      <w:tr w:rsidR="003E2472">
        <w:tc>
          <w:tcPr>
            <w:tcW w:w="4320" w:type="dxa"/>
          </w:tcPr>
          <w:p w:rsidR="003E2472" w:rsidRDefault="002A4A25">
            <w:proofErr w:type="spellStart"/>
            <w:r>
              <w:t>課程期間</w:t>
            </w:r>
            <w:proofErr w:type="spellEnd"/>
          </w:p>
        </w:tc>
        <w:tc>
          <w:tcPr>
            <w:tcW w:w="4320" w:type="dxa"/>
          </w:tcPr>
          <w:p w:rsidR="003E2472" w:rsidRDefault="002A4A25">
            <w:pPr>
              <w:rPr>
                <w:lang w:eastAsia="zh-TW"/>
              </w:rPr>
            </w:pPr>
            <w:r>
              <w:rPr>
                <w:lang w:eastAsia="zh-TW"/>
              </w:rPr>
              <w:t>約2至3個月（配合觀光簽證）</w:t>
            </w:r>
          </w:p>
        </w:tc>
      </w:tr>
      <w:tr w:rsidR="003E2472">
        <w:tc>
          <w:tcPr>
            <w:tcW w:w="4320" w:type="dxa"/>
          </w:tcPr>
          <w:p w:rsidR="003E2472" w:rsidRDefault="002A4A25">
            <w:proofErr w:type="spellStart"/>
            <w:r>
              <w:t>授課對象</w:t>
            </w:r>
            <w:proofErr w:type="spellEnd"/>
          </w:p>
        </w:tc>
        <w:tc>
          <w:tcPr>
            <w:tcW w:w="4320" w:type="dxa"/>
          </w:tcPr>
          <w:p w:rsidR="003E2472" w:rsidRDefault="002A4A25">
            <w:proofErr w:type="spellStart"/>
            <w:r>
              <w:t>學生</w:t>
            </w:r>
            <w:r w:rsidR="0018163B">
              <w:t>為主</w:t>
            </w:r>
            <w:proofErr w:type="spellEnd"/>
          </w:p>
        </w:tc>
      </w:tr>
      <w:tr w:rsidR="003E2472">
        <w:tc>
          <w:tcPr>
            <w:tcW w:w="4320" w:type="dxa"/>
          </w:tcPr>
          <w:p w:rsidR="003E2472" w:rsidRDefault="002A4A25">
            <w:r>
              <w:t>班級人數</w:t>
            </w:r>
          </w:p>
        </w:tc>
        <w:tc>
          <w:tcPr>
            <w:tcW w:w="4320" w:type="dxa"/>
          </w:tcPr>
          <w:p w:rsidR="003E2472" w:rsidRDefault="002A4A25" w:rsidP="00785976">
            <w:r>
              <w:t>小班制，每班1</w:t>
            </w:r>
            <w:r w:rsidR="00785976">
              <w:t>5</w:t>
            </w:r>
            <w:r>
              <w:t>人以下</w:t>
            </w:r>
          </w:p>
        </w:tc>
      </w:tr>
    </w:tbl>
    <w:p w:rsidR="003E2472" w:rsidRPr="003E1406" w:rsidRDefault="00C13A8B">
      <w:pPr>
        <w:pStyle w:val="1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>六</w:t>
      </w:r>
      <w:r w:rsidR="002A4A25" w:rsidRPr="003E1406"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>、經費概算</w:t>
      </w:r>
    </w:p>
    <w:tbl>
      <w:tblPr>
        <w:tblStyle w:val="aff2"/>
        <w:tblW w:w="9180" w:type="dxa"/>
        <w:tblLook w:val="04A0" w:firstRow="1" w:lastRow="0" w:firstColumn="1" w:lastColumn="0" w:noHBand="0" w:noVBand="1"/>
      </w:tblPr>
      <w:tblGrid>
        <w:gridCol w:w="1384"/>
        <w:gridCol w:w="1276"/>
        <w:gridCol w:w="1276"/>
        <w:gridCol w:w="1275"/>
        <w:gridCol w:w="1276"/>
        <w:gridCol w:w="2693"/>
      </w:tblGrid>
      <w:tr w:rsidR="00656896" w:rsidTr="009C4A44">
        <w:tc>
          <w:tcPr>
            <w:tcW w:w="1384" w:type="dxa"/>
          </w:tcPr>
          <w:p w:rsidR="009C4A44" w:rsidRDefault="009C4A44">
            <w:proofErr w:type="spellStart"/>
            <w:r>
              <w:t>項目</w:t>
            </w:r>
            <w:proofErr w:type="spellEnd"/>
          </w:p>
        </w:tc>
        <w:tc>
          <w:tcPr>
            <w:tcW w:w="1276" w:type="dxa"/>
          </w:tcPr>
          <w:p w:rsidR="009C4A44" w:rsidRDefault="009C4A44">
            <w:pPr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單價</w:t>
            </w:r>
          </w:p>
        </w:tc>
        <w:tc>
          <w:tcPr>
            <w:tcW w:w="1276" w:type="dxa"/>
          </w:tcPr>
          <w:p w:rsidR="009C4A44" w:rsidRDefault="009C4A44">
            <w:proofErr w:type="spellStart"/>
            <w:r>
              <w:t>單位</w:t>
            </w:r>
            <w:proofErr w:type="spellEnd"/>
          </w:p>
        </w:tc>
        <w:tc>
          <w:tcPr>
            <w:tcW w:w="1275" w:type="dxa"/>
          </w:tcPr>
          <w:p w:rsidR="009C4A44" w:rsidRDefault="009C4A44">
            <w:proofErr w:type="spellStart"/>
            <w:r>
              <w:t>數量</w:t>
            </w:r>
            <w:proofErr w:type="spellEnd"/>
          </w:p>
        </w:tc>
        <w:tc>
          <w:tcPr>
            <w:tcW w:w="1276" w:type="dxa"/>
          </w:tcPr>
          <w:p w:rsidR="009C4A44" w:rsidRDefault="009C4A44">
            <w:proofErr w:type="spellStart"/>
            <w:r>
              <w:t>小計</w:t>
            </w:r>
            <w:proofErr w:type="spellEnd"/>
          </w:p>
        </w:tc>
        <w:tc>
          <w:tcPr>
            <w:tcW w:w="2693" w:type="dxa"/>
          </w:tcPr>
          <w:p w:rsidR="009C4A44" w:rsidRDefault="009C4A44">
            <w:proofErr w:type="spellStart"/>
            <w:r>
              <w:t>說明</w:t>
            </w:r>
            <w:proofErr w:type="spellEnd"/>
          </w:p>
        </w:tc>
      </w:tr>
      <w:tr w:rsidR="00656896" w:rsidTr="009C4A44">
        <w:tc>
          <w:tcPr>
            <w:tcW w:w="1384" w:type="dxa"/>
          </w:tcPr>
          <w:p w:rsidR="009C4A44" w:rsidRDefault="009C4A44" w:rsidP="00473854">
            <w:proofErr w:type="spellStart"/>
            <w:r>
              <w:t>機票</w:t>
            </w:r>
            <w:r w:rsidR="00473854">
              <w:t>費</w:t>
            </w:r>
            <w:proofErr w:type="spellEnd"/>
          </w:p>
        </w:tc>
        <w:tc>
          <w:tcPr>
            <w:tcW w:w="1276" w:type="dxa"/>
          </w:tcPr>
          <w:p w:rsidR="009C4A44" w:rsidRDefault="009C4A44">
            <w:r>
              <w:t>10000</w:t>
            </w:r>
          </w:p>
        </w:tc>
        <w:tc>
          <w:tcPr>
            <w:tcW w:w="1276" w:type="dxa"/>
          </w:tcPr>
          <w:p w:rsidR="009C4A44" w:rsidRDefault="008776CF">
            <w:pPr>
              <w:rPr>
                <w:lang w:eastAsia="zh-TW"/>
              </w:rPr>
            </w:pPr>
            <w:r>
              <w:t>班</w:t>
            </w:r>
          </w:p>
        </w:tc>
        <w:tc>
          <w:tcPr>
            <w:tcW w:w="1275" w:type="dxa"/>
          </w:tcPr>
          <w:p w:rsidR="009C4A44" w:rsidRDefault="00052979">
            <w:pPr>
              <w:rPr>
                <w:lang w:eastAsia="zh-TW"/>
              </w:rPr>
            </w:pPr>
            <w:r>
              <w:t>2</w:t>
            </w:r>
          </w:p>
        </w:tc>
        <w:tc>
          <w:tcPr>
            <w:tcW w:w="1276" w:type="dxa"/>
          </w:tcPr>
          <w:p w:rsidR="009C4A44" w:rsidRDefault="00052979" w:rsidP="00B21B24">
            <w:pPr>
              <w:rPr>
                <w:lang w:eastAsia="zh-TW"/>
              </w:rPr>
            </w:pPr>
            <w:r>
              <w:rPr>
                <w:lang w:eastAsia="zh-TW"/>
              </w:rPr>
              <w:t>2</w:t>
            </w:r>
            <w:r w:rsidR="009C4A44">
              <w:rPr>
                <w:lang w:eastAsia="zh-TW"/>
              </w:rPr>
              <w:t>0000</w:t>
            </w:r>
          </w:p>
        </w:tc>
        <w:tc>
          <w:tcPr>
            <w:tcW w:w="2693" w:type="dxa"/>
          </w:tcPr>
          <w:p w:rsidR="009C4A44" w:rsidRDefault="008F05BD" w:rsidP="007F6B2E">
            <w:pPr>
              <w:rPr>
                <w:lang w:eastAsia="zh-TW"/>
              </w:rPr>
            </w:pPr>
            <w:r>
              <w:rPr>
                <w:lang w:eastAsia="zh-TW"/>
              </w:rPr>
              <w:t>1</w:t>
            </w:r>
            <w:r w:rsidR="007F6B2E">
              <w:rPr>
                <w:lang w:eastAsia="zh-TW"/>
              </w:rPr>
              <w:t>班</w:t>
            </w:r>
            <w:r>
              <w:rPr>
                <w:lang w:eastAsia="zh-TW"/>
              </w:rPr>
              <w:t>補助1萬元</w:t>
            </w:r>
            <w:r w:rsidR="00771D56">
              <w:rPr>
                <w:lang w:eastAsia="zh-TW"/>
              </w:rPr>
              <w:t>，共2</w:t>
            </w:r>
            <w:r w:rsidR="007F6B2E">
              <w:rPr>
                <w:lang w:eastAsia="zh-TW"/>
              </w:rPr>
              <w:t>班</w:t>
            </w:r>
            <w:r w:rsidR="00771D56">
              <w:rPr>
                <w:lang w:eastAsia="zh-TW"/>
              </w:rPr>
              <w:t>。</w:t>
            </w:r>
          </w:p>
        </w:tc>
      </w:tr>
      <w:tr w:rsidR="00656896" w:rsidTr="009C4A44">
        <w:tc>
          <w:tcPr>
            <w:tcW w:w="1384" w:type="dxa"/>
          </w:tcPr>
          <w:p w:rsidR="009C4A44" w:rsidRDefault="009C4A44">
            <w:proofErr w:type="spellStart"/>
            <w:r>
              <w:t>鐘點費</w:t>
            </w:r>
            <w:proofErr w:type="spellEnd"/>
          </w:p>
        </w:tc>
        <w:tc>
          <w:tcPr>
            <w:tcW w:w="1276" w:type="dxa"/>
          </w:tcPr>
          <w:p w:rsidR="009C4A44" w:rsidRDefault="009C4A44">
            <w:r>
              <w:t>800</w:t>
            </w:r>
          </w:p>
        </w:tc>
        <w:tc>
          <w:tcPr>
            <w:tcW w:w="1276" w:type="dxa"/>
          </w:tcPr>
          <w:p w:rsidR="009C4A44" w:rsidRDefault="009C4A44">
            <w:r>
              <w:t>節</w:t>
            </w:r>
          </w:p>
        </w:tc>
        <w:tc>
          <w:tcPr>
            <w:tcW w:w="1275" w:type="dxa"/>
          </w:tcPr>
          <w:p w:rsidR="009C4A44" w:rsidRDefault="00052979">
            <w:pPr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270</w:t>
            </w:r>
          </w:p>
        </w:tc>
        <w:tc>
          <w:tcPr>
            <w:tcW w:w="1276" w:type="dxa"/>
          </w:tcPr>
          <w:p w:rsidR="009C4A44" w:rsidRDefault="00052979" w:rsidP="00052979">
            <w:pPr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216</w:t>
            </w:r>
            <w:r w:rsidR="00656896">
              <w:rPr>
                <w:rFonts w:hint="eastAsia"/>
                <w:lang w:eastAsia="zh-TW"/>
              </w:rPr>
              <w:t>,0</w:t>
            </w:r>
            <w:r w:rsidR="009C4A44">
              <w:rPr>
                <w:lang w:eastAsia="zh-TW"/>
              </w:rPr>
              <w:t>00</w:t>
            </w:r>
          </w:p>
        </w:tc>
        <w:tc>
          <w:tcPr>
            <w:tcW w:w="2693" w:type="dxa"/>
          </w:tcPr>
          <w:p w:rsidR="00656896" w:rsidRPr="00E62A46" w:rsidRDefault="00787305" w:rsidP="008B222A">
            <w:pPr>
              <w:rPr>
                <w:sz w:val="26"/>
                <w:szCs w:val="26"/>
                <w:lang w:eastAsia="zh-TW"/>
              </w:rPr>
            </w:pPr>
            <w:r>
              <w:rPr>
                <w:lang w:eastAsia="zh-TW"/>
              </w:rPr>
              <w:t>1班135</w:t>
            </w:r>
            <w:r w:rsidR="009C4A44">
              <w:rPr>
                <w:lang w:eastAsia="zh-TW"/>
              </w:rPr>
              <w:t>節，</w:t>
            </w:r>
            <w:r>
              <w:rPr>
                <w:lang w:eastAsia="zh-TW"/>
              </w:rPr>
              <w:t>共2</w:t>
            </w:r>
            <w:r w:rsidR="008B222A">
              <w:rPr>
                <w:lang w:eastAsia="zh-TW"/>
              </w:rPr>
              <w:t>7</w:t>
            </w:r>
            <w:r>
              <w:rPr>
                <w:lang w:eastAsia="zh-TW"/>
              </w:rPr>
              <w:t>0節</w:t>
            </w:r>
          </w:p>
        </w:tc>
      </w:tr>
      <w:tr w:rsidR="00656896" w:rsidTr="009C4A44">
        <w:tc>
          <w:tcPr>
            <w:tcW w:w="1384" w:type="dxa"/>
          </w:tcPr>
          <w:p w:rsidR="009C4A44" w:rsidRDefault="009C4A44">
            <w:proofErr w:type="spellStart"/>
            <w:r>
              <w:t>教材費</w:t>
            </w:r>
            <w:proofErr w:type="spellEnd"/>
          </w:p>
        </w:tc>
        <w:tc>
          <w:tcPr>
            <w:tcW w:w="1276" w:type="dxa"/>
          </w:tcPr>
          <w:p w:rsidR="009C4A44" w:rsidRDefault="009C4A44" w:rsidP="007070F0">
            <w:r>
              <w:t>200</w:t>
            </w:r>
          </w:p>
        </w:tc>
        <w:tc>
          <w:tcPr>
            <w:tcW w:w="1276" w:type="dxa"/>
          </w:tcPr>
          <w:p w:rsidR="009C4A44" w:rsidRDefault="009C4A44" w:rsidP="007070F0">
            <w:r>
              <w:t>人</w:t>
            </w:r>
          </w:p>
        </w:tc>
        <w:tc>
          <w:tcPr>
            <w:tcW w:w="1275" w:type="dxa"/>
          </w:tcPr>
          <w:p w:rsidR="009C4A44" w:rsidRDefault="00052979" w:rsidP="00785976">
            <w:pPr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30</w:t>
            </w:r>
          </w:p>
        </w:tc>
        <w:tc>
          <w:tcPr>
            <w:tcW w:w="1276" w:type="dxa"/>
          </w:tcPr>
          <w:p w:rsidR="009C4A44" w:rsidRDefault="00052979" w:rsidP="001E6A5A">
            <w:pPr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6</w:t>
            </w:r>
            <w:r w:rsidR="00656896">
              <w:rPr>
                <w:rFonts w:hint="eastAsia"/>
                <w:lang w:eastAsia="zh-TW"/>
              </w:rPr>
              <w:t>,</w:t>
            </w:r>
            <w:r w:rsidR="009C4A44">
              <w:rPr>
                <w:lang w:eastAsia="zh-TW"/>
              </w:rPr>
              <w:t>000</w:t>
            </w:r>
          </w:p>
        </w:tc>
        <w:tc>
          <w:tcPr>
            <w:tcW w:w="2693" w:type="dxa"/>
          </w:tcPr>
          <w:p w:rsidR="009C4A44" w:rsidRDefault="009C4A44" w:rsidP="001E6A5A">
            <w:pPr>
              <w:rPr>
                <w:lang w:eastAsia="zh-TW"/>
              </w:rPr>
            </w:pPr>
            <w:r>
              <w:rPr>
                <w:lang w:eastAsia="zh-TW"/>
              </w:rPr>
              <w:t>講義印刷及課程材料</w:t>
            </w:r>
          </w:p>
          <w:p w:rsidR="00B856F0" w:rsidRDefault="00B856F0" w:rsidP="00787305">
            <w:pPr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 w:rsidR="00787305">
              <w:rPr>
                <w:rFonts w:hint="eastAsia"/>
                <w:lang w:eastAsia="zh-TW"/>
              </w:rPr>
              <w:t>班</w:t>
            </w:r>
            <w:r>
              <w:rPr>
                <w:rFonts w:hint="eastAsia"/>
                <w:lang w:eastAsia="zh-TW"/>
              </w:rPr>
              <w:t>15人</w:t>
            </w:r>
            <w:r w:rsidR="00787305">
              <w:rPr>
                <w:rFonts w:hint="eastAsia"/>
                <w:lang w:eastAsia="zh-TW"/>
              </w:rPr>
              <w:t>，共</w:t>
            </w:r>
            <w:r>
              <w:rPr>
                <w:rFonts w:hint="eastAsia"/>
                <w:lang w:eastAsia="zh-TW"/>
              </w:rPr>
              <w:t>30人</w:t>
            </w:r>
          </w:p>
        </w:tc>
      </w:tr>
      <w:tr w:rsidR="00656896" w:rsidTr="009C4A44">
        <w:tc>
          <w:tcPr>
            <w:tcW w:w="1384" w:type="dxa"/>
          </w:tcPr>
          <w:p w:rsidR="009C4A44" w:rsidRDefault="009C4A44">
            <w:proofErr w:type="spellStart"/>
            <w:r>
              <w:t>雜支</w:t>
            </w:r>
            <w:proofErr w:type="spellEnd"/>
          </w:p>
        </w:tc>
        <w:tc>
          <w:tcPr>
            <w:tcW w:w="1276" w:type="dxa"/>
          </w:tcPr>
          <w:p w:rsidR="009C4A44" w:rsidRDefault="00B148BD" w:rsidP="00B148BD">
            <w:r>
              <w:rPr>
                <w:rFonts w:hint="eastAsia"/>
                <w:lang w:eastAsia="zh-TW"/>
              </w:rPr>
              <w:t>6</w:t>
            </w:r>
            <w:r w:rsidR="00656896">
              <w:rPr>
                <w:rFonts w:hint="eastAsia"/>
                <w:lang w:eastAsia="zh-TW"/>
              </w:rPr>
              <w:t>,</w:t>
            </w:r>
            <w:r>
              <w:rPr>
                <w:rFonts w:hint="eastAsia"/>
                <w:lang w:eastAsia="zh-TW"/>
              </w:rPr>
              <w:t>0</w:t>
            </w:r>
            <w:r w:rsidR="009C4A44">
              <w:t>00</w:t>
            </w:r>
          </w:p>
        </w:tc>
        <w:tc>
          <w:tcPr>
            <w:tcW w:w="1276" w:type="dxa"/>
          </w:tcPr>
          <w:p w:rsidR="009C4A44" w:rsidRDefault="00BF2831">
            <w:r>
              <w:t>班</w:t>
            </w:r>
          </w:p>
        </w:tc>
        <w:tc>
          <w:tcPr>
            <w:tcW w:w="1275" w:type="dxa"/>
          </w:tcPr>
          <w:p w:rsidR="009C4A44" w:rsidRDefault="00052979">
            <w:pPr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2</w:t>
            </w:r>
          </w:p>
        </w:tc>
        <w:tc>
          <w:tcPr>
            <w:tcW w:w="1276" w:type="dxa"/>
          </w:tcPr>
          <w:p w:rsidR="009C4A44" w:rsidRDefault="00052979" w:rsidP="00785976">
            <w:pPr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12</w:t>
            </w:r>
            <w:r w:rsidR="00656896">
              <w:rPr>
                <w:rFonts w:hint="eastAsia"/>
                <w:lang w:eastAsia="zh-TW"/>
              </w:rPr>
              <w:t>,</w:t>
            </w:r>
            <w:r w:rsidR="00785976">
              <w:rPr>
                <w:rFonts w:hint="eastAsia"/>
                <w:lang w:eastAsia="zh-TW"/>
              </w:rPr>
              <w:t>0</w:t>
            </w:r>
            <w:r w:rsidR="009C4A44">
              <w:rPr>
                <w:lang w:eastAsia="zh-TW"/>
              </w:rPr>
              <w:t>00</w:t>
            </w:r>
          </w:p>
        </w:tc>
        <w:tc>
          <w:tcPr>
            <w:tcW w:w="2693" w:type="dxa"/>
          </w:tcPr>
          <w:p w:rsidR="009C4A44" w:rsidRDefault="009C4A44" w:rsidP="001E6A5A">
            <w:pPr>
              <w:rPr>
                <w:lang w:eastAsia="zh-TW"/>
              </w:rPr>
            </w:pPr>
            <w:r>
              <w:rPr>
                <w:lang w:eastAsia="zh-TW"/>
              </w:rPr>
              <w:t>教學活動相關雜支費用</w:t>
            </w:r>
          </w:p>
        </w:tc>
      </w:tr>
      <w:tr w:rsidR="00656896" w:rsidTr="009C4A44">
        <w:tc>
          <w:tcPr>
            <w:tcW w:w="1384" w:type="dxa"/>
          </w:tcPr>
          <w:p w:rsidR="009C4A44" w:rsidRDefault="009C4A44">
            <w:proofErr w:type="spellStart"/>
            <w:r>
              <w:t>小計</w:t>
            </w:r>
            <w:proofErr w:type="spellEnd"/>
          </w:p>
        </w:tc>
        <w:tc>
          <w:tcPr>
            <w:tcW w:w="1276" w:type="dxa"/>
          </w:tcPr>
          <w:p w:rsidR="009C4A44" w:rsidRDefault="009C4A44"/>
        </w:tc>
        <w:tc>
          <w:tcPr>
            <w:tcW w:w="1276" w:type="dxa"/>
          </w:tcPr>
          <w:p w:rsidR="009C4A44" w:rsidRDefault="009C4A44"/>
        </w:tc>
        <w:tc>
          <w:tcPr>
            <w:tcW w:w="1275" w:type="dxa"/>
          </w:tcPr>
          <w:p w:rsidR="009C4A44" w:rsidRDefault="009C4A44"/>
        </w:tc>
        <w:tc>
          <w:tcPr>
            <w:tcW w:w="1276" w:type="dxa"/>
          </w:tcPr>
          <w:p w:rsidR="009C4A44" w:rsidRDefault="00052979" w:rsidP="00052979">
            <w:pPr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254</w:t>
            </w:r>
            <w:r w:rsidR="00656896">
              <w:rPr>
                <w:rFonts w:hint="eastAsia"/>
                <w:lang w:eastAsia="zh-TW"/>
              </w:rPr>
              <w:t>,</w:t>
            </w:r>
            <w:r w:rsidR="00785976">
              <w:rPr>
                <w:rFonts w:hint="eastAsia"/>
                <w:lang w:eastAsia="zh-TW"/>
              </w:rPr>
              <w:t>0</w:t>
            </w:r>
            <w:r w:rsidR="009C4A44">
              <w:rPr>
                <w:lang w:eastAsia="zh-TW"/>
              </w:rPr>
              <w:t>00</w:t>
            </w:r>
          </w:p>
        </w:tc>
        <w:tc>
          <w:tcPr>
            <w:tcW w:w="2693" w:type="dxa"/>
          </w:tcPr>
          <w:p w:rsidR="009C4A44" w:rsidRDefault="009C4A44" w:rsidP="001E6A5A"/>
        </w:tc>
      </w:tr>
      <w:tr w:rsidR="001C0BB1" w:rsidTr="00B077EB">
        <w:tc>
          <w:tcPr>
            <w:tcW w:w="1384" w:type="dxa"/>
          </w:tcPr>
          <w:p w:rsidR="001C0BB1" w:rsidRDefault="001C0BB1">
            <w:proofErr w:type="spellStart"/>
            <w:r>
              <w:t>總計</w:t>
            </w:r>
            <w:proofErr w:type="spellEnd"/>
          </w:p>
        </w:tc>
        <w:tc>
          <w:tcPr>
            <w:tcW w:w="3827" w:type="dxa"/>
            <w:gridSpan w:val="3"/>
          </w:tcPr>
          <w:p w:rsidR="001C0BB1" w:rsidRDefault="001C0BB1"/>
        </w:tc>
        <w:tc>
          <w:tcPr>
            <w:tcW w:w="1276" w:type="dxa"/>
          </w:tcPr>
          <w:p w:rsidR="001C0BB1" w:rsidRDefault="00052979" w:rsidP="00052979">
            <w:pPr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254</w:t>
            </w:r>
            <w:r w:rsidR="00656896">
              <w:rPr>
                <w:rFonts w:hint="eastAsia"/>
                <w:lang w:eastAsia="zh-TW"/>
              </w:rPr>
              <w:t>,</w:t>
            </w:r>
            <w:r w:rsidR="00785976">
              <w:rPr>
                <w:rFonts w:hint="eastAsia"/>
                <w:lang w:eastAsia="zh-TW"/>
              </w:rPr>
              <w:t>0</w:t>
            </w:r>
            <w:r w:rsidR="001C0BB1">
              <w:rPr>
                <w:lang w:eastAsia="zh-TW"/>
              </w:rPr>
              <w:t>00</w:t>
            </w:r>
          </w:p>
        </w:tc>
        <w:tc>
          <w:tcPr>
            <w:tcW w:w="2693" w:type="dxa"/>
          </w:tcPr>
          <w:p w:rsidR="001C0BB1" w:rsidRDefault="001C0BB1" w:rsidP="001E6A5A"/>
        </w:tc>
      </w:tr>
    </w:tbl>
    <w:p w:rsidR="003E2472" w:rsidRPr="003E1406" w:rsidRDefault="00C13A8B">
      <w:pPr>
        <w:pStyle w:val="1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>七</w:t>
      </w:r>
      <w:r w:rsidR="002A4A25" w:rsidRPr="003E1406"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>、預期效益</w:t>
      </w:r>
    </w:p>
    <w:p w:rsidR="003E2472" w:rsidRDefault="002A4A25">
      <w:pPr>
        <w:rPr>
          <w:lang w:eastAsia="zh-TW"/>
        </w:rPr>
      </w:pPr>
      <w:r>
        <w:rPr>
          <w:lang w:eastAsia="zh-TW"/>
        </w:rPr>
        <w:t>（一）提升海外學童客語能力。</w:t>
      </w:r>
    </w:p>
    <w:p w:rsidR="003E2472" w:rsidRDefault="002A4A25">
      <w:pPr>
        <w:rPr>
          <w:lang w:eastAsia="zh-TW"/>
        </w:rPr>
      </w:pPr>
      <w:r>
        <w:rPr>
          <w:lang w:eastAsia="zh-TW"/>
        </w:rPr>
        <w:t>（二）促進客語文化海外傳承。</w:t>
      </w:r>
    </w:p>
    <w:p w:rsidR="003E2472" w:rsidRDefault="002A4A25">
      <w:pPr>
        <w:rPr>
          <w:lang w:eastAsia="zh-TW"/>
        </w:rPr>
      </w:pPr>
      <w:r>
        <w:rPr>
          <w:lang w:eastAsia="zh-TW"/>
        </w:rPr>
        <w:t>（三）強化臺灣與海外客家社團交流。</w:t>
      </w:r>
    </w:p>
    <w:p w:rsidR="003E2472" w:rsidRDefault="002A4A25">
      <w:pPr>
        <w:rPr>
          <w:lang w:eastAsia="zh-TW"/>
        </w:rPr>
      </w:pPr>
      <w:r>
        <w:rPr>
          <w:lang w:eastAsia="zh-TW"/>
        </w:rPr>
        <w:t>（四）建立客語海外教學示範模式。</w:t>
      </w:r>
    </w:p>
    <w:p w:rsidR="003E2472" w:rsidRPr="003E1406" w:rsidRDefault="00C13A8B">
      <w:pPr>
        <w:pStyle w:val="1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>八</w:t>
      </w:r>
      <w:r w:rsidR="002A4A25" w:rsidRPr="003E1406"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>、成效評估指標</w:t>
      </w:r>
    </w:p>
    <w:p w:rsidR="003E2472" w:rsidRDefault="002A4A25">
      <w:pPr>
        <w:rPr>
          <w:lang w:eastAsia="zh-TW"/>
        </w:rPr>
      </w:pPr>
      <w:r>
        <w:rPr>
          <w:lang w:eastAsia="zh-TW"/>
        </w:rPr>
        <w:t>（一）參與學生人數。</w:t>
      </w:r>
    </w:p>
    <w:p w:rsidR="003E2472" w:rsidRDefault="002A4A25">
      <w:pPr>
        <w:rPr>
          <w:lang w:eastAsia="zh-TW"/>
        </w:rPr>
      </w:pPr>
      <w:r>
        <w:rPr>
          <w:lang w:eastAsia="zh-TW"/>
        </w:rPr>
        <w:lastRenderedPageBreak/>
        <w:t>（二）課程完成率。</w:t>
      </w:r>
    </w:p>
    <w:p w:rsidR="003E2472" w:rsidRDefault="002A4A25">
      <w:pPr>
        <w:rPr>
          <w:lang w:eastAsia="zh-TW"/>
        </w:rPr>
      </w:pPr>
      <w:r>
        <w:rPr>
          <w:lang w:eastAsia="zh-TW"/>
        </w:rPr>
        <w:t>（三）學生客語基本會話能力提升。</w:t>
      </w:r>
    </w:p>
    <w:p w:rsidR="003E2472" w:rsidRDefault="002A4A25">
      <w:pPr>
        <w:rPr>
          <w:lang w:eastAsia="zh-TW"/>
        </w:rPr>
      </w:pPr>
      <w:r>
        <w:rPr>
          <w:lang w:eastAsia="zh-TW"/>
        </w:rPr>
        <w:t>（四）當地社群參與度。</w:t>
      </w:r>
    </w:p>
    <w:p w:rsidR="003E2472" w:rsidRPr="003E1406" w:rsidRDefault="00C13A8B">
      <w:pPr>
        <w:pStyle w:val="1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>九</w:t>
      </w:r>
      <w:r w:rsidR="002A4A25" w:rsidRPr="003E1406"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>、結語</w:t>
      </w:r>
    </w:p>
    <w:p w:rsidR="003E2472" w:rsidRDefault="002A4A25">
      <w:pPr>
        <w:rPr>
          <w:lang w:eastAsia="zh-TW"/>
        </w:rPr>
      </w:pPr>
      <w:r>
        <w:rPr>
          <w:lang w:eastAsia="zh-TW"/>
        </w:rPr>
        <w:t>本計畫透過客語教學與文化交流，推動客語文化於海外之傳承與發展，並深化臺灣與海外客家社群之文化連結。</w:t>
      </w:r>
    </w:p>
    <w:p w:rsidR="00B51A61" w:rsidRPr="00B51A61" w:rsidRDefault="00B51A61" w:rsidP="00B51A61">
      <w:pPr>
        <w:pStyle w:val="1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32"/>
          <w:szCs w:val="32"/>
          <w:lang w:eastAsia="zh-TW"/>
        </w:rPr>
        <w:t>十</w:t>
      </w:r>
      <w:r w:rsidRPr="00B51A61">
        <w:rPr>
          <w:rFonts w:ascii="標楷體" w:eastAsia="標楷體" w:hAnsi="標楷體" w:hint="eastAsia"/>
          <w:color w:val="000000" w:themeColor="text1"/>
          <w:sz w:val="32"/>
          <w:szCs w:val="32"/>
          <w:lang w:eastAsia="zh-TW"/>
        </w:rPr>
        <w:t>、經費來源</w:t>
      </w:r>
    </w:p>
    <w:p w:rsidR="00B51A61" w:rsidRDefault="00B51A61" w:rsidP="00B51A61">
      <w:pPr>
        <w:rPr>
          <w:lang w:eastAsia="zh-TW"/>
        </w:rPr>
      </w:pPr>
      <w:r>
        <w:rPr>
          <w:rFonts w:hint="eastAsia"/>
          <w:lang w:eastAsia="zh-TW"/>
        </w:rPr>
        <w:t>由本府民政處客家相關</w:t>
      </w:r>
      <w:r>
        <w:rPr>
          <w:lang w:eastAsia="zh-TW"/>
        </w:rPr>
        <w:t>經費支應。</w:t>
      </w:r>
    </w:p>
    <w:p w:rsidR="0093541A" w:rsidRDefault="0093541A" w:rsidP="00B51A61">
      <w:pPr>
        <w:rPr>
          <w:lang w:eastAsia="zh-TW"/>
        </w:rPr>
      </w:pPr>
    </w:p>
    <w:p w:rsidR="0093541A" w:rsidRDefault="0093541A" w:rsidP="00B51A61">
      <w:pPr>
        <w:rPr>
          <w:lang w:eastAsia="zh-TW"/>
        </w:rPr>
      </w:pPr>
    </w:p>
    <w:p w:rsidR="0093541A" w:rsidRDefault="0093541A" w:rsidP="00B51A61">
      <w:pPr>
        <w:rPr>
          <w:lang w:eastAsia="zh-TW"/>
        </w:rPr>
      </w:pPr>
    </w:p>
    <w:p w:rsidR="0093541A" w:rsidRDefault="0093541A" w:rsidP="00B51A61">
      <w:pPr>
        <w:rPr>
          <w:lang w:eastAsia="zh-TW"/>
        </w:rPr>
      </w:pPr>
    </w:p>
    <w:p w:rsidR="0093541A" w:rsidRDefault="0093541A" w:rsidP="00B51A61">
      <w:pPr>
        <w:rPr>
          <w:lang w:eastAsia="zh-TW"/>
        </w:rPr>
      </w:pPr>
    </w:p>
    <w:p w:rsidR="0093541A" w:rsidRDefault="0093541A" w:rsidP="00B51A61">
      <w:pPr>
        <w:rPr>
          <w:lang w:eastAsia="zh-TW"/>
        </w:rPr>
      </w:pPr>
    </w:p>
    <w:p w:rsidR="0093541A" w:rsidRDefault="0093541A" w:rsidP="00B51A61">
      <w:pPr>
        <w:rPr>
          <w:lang w:eastAsia="zh-TW"/>
        </w:rPr>
      </w:pPr>
    </w:p>
    <w:p w:rsidR="0093541A" w:rsidRDefault="0093541A" w:rsidP="00B51A61">
      <w:pPr>
        <w:rPr>
          <w:lang w:eastAsia="zh-TW"/>
        </w:rPr>
      </w:pPr>
    </w:p>
    <w:p w:rsidR="0093541A" w:rsidRDefault="0093541A" w:rsidP="00B51A61">
      <w:pPr>
        <w:rPr>
          <w:lang w:eastAsia="zh-TW"/>
        </w:rPr>
      </w:pPr>
    </w:p>
    <w:p w:rsidR="0093541A" w:rsidRDefault="0093541A" w:rsidP="00B51A61">
      <w:pPr>
        <w:rPr>
          <w:lang w:eastAsia="zh-TW"/>
        </w:rPr>
      </w:pPr>
    </w:p>
    <w:p w:rsidR="0093541A" w:rsidRDefault="0093541A" w:rsidP="00B51A61">
      <w:pPr>
        <w:rPr>
          <w:lang w:eastAsia="zh-TW"/>
        </w:rPr>
      </w:pPr>
    </w:p>
    <w:p w:rsidR="0093541A" w:rsidRDefault="0093541A" w:rsidP="00B51A61">
      <w:pPr>
        <w:rPr>
          <w:lang w:eastAsia="zh-TW"/>
        </w:rPr>
      </w:pPr>
    </w:p>
    <w:p w:rsidR="0093541A" w:rsidRDefault="0093541A" w:rsidP="00B51A61">
      <w:pPr>
        <w:rPr>
          <w:lang w:eastAsia="zh-TW"/>
        </w:rPr>
      </w:pPr>
    </w:p>
    <w:sectPr w:rsidR="0093541A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10F1" w:rsidRDefault="00EB10F1" w:rsidP="00544840">
      <w:pPr>
        <w:spacing w:after="0" w:line="240" w:lineRule="auto"/>
      </w:pPr>
      <w:r>
        <w:separator/>
      </w:r>
    </w:p>
  </w:endnote>
  <w:endnote w:type="continuationSeparator" w:id="0">
    <w:p w:rsidR="00EB10F1" w:rsidRDefault="00EB10F1" w:rsidP="005448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10F1" w:rsidRDefault="00EB10F1" w:rsidP="00544840">
      <w:pPr>
        <w:spacing w:after="0" w:line="240" w:lineRule="auto"/>
      </w:pPr>
      <w:r>
        <w:separator/>
      </w:r>
    </w:p>
  </w:footnote>
  <w:footnote w:type="continuationSeparator" w:id="0">
    <w:p w:rsidR="00EB10F1" w:rsidRDefault="00EB10F1" w:rsidP="005448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23A10313"/>
    <w:multiLevelType w:val="hybridMultilevel"/>
    <w:tmpl w:val="443032C8"/>
    <w:lvl w:ilvl="0" w:tplc="900800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75135B3"/>
    <w:multiLevelType w:val="hybridMultilevel"/>
    <w:tmpl w:val="E66A1F30"/>
    <w:lvl w:ilvl="0" w:tplc="93EA15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7FD56FF5"/>
    <w:multiLevelType w:val="hybridMultilevel"/>
    <w:tmpl w:val="842C283C"/>
    <w:lvl w:ilvl="0" w:tplc="E9469F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10311"/>
    <w:rsid w:val="00034616"/>
    <w:rsid w:val="00042DE4"/>
    <w:rsid w:val="00052979"/>
    <w:rsid w:val="0006063C"/>
    <w:rsid w:val="000B203D"/>
    <w:rsid w:val="001414FC"/>
    <w:rsid w:val="0015074B"/>
    <w:rsid w:val="00161500"/>
    <w:rsid w:val="0018163B"/>
    <w:rsid w:val="001C0BB1"/>
    <w:rsid w:val="001E6A5A"/>
    <w:rsid w:val="00207C84"/>
    <w:rsid w:val="00234841"/>
    <w:rsid w:val="0029639D"/>
    <w:rsid w:val="002A4A25"/>
    <w:rsid w:val="002B5ECC"/>
    <w:rsid w:val="002E1F8F"/>
    <w:rsid w:val="002F7AD3"/>
    <w:rsid w:val="00326F90"/>
    <w:rsid w:val="00333F1D"/>
    <w:rsid w:val="003B4B01"/>
    <w:rsid w:val="003E1406"/>
    <w:rsid w:val="003E2472"/>
    <w:rsid w:val="00473854"/>
    <w:rsid w:val="004A6A0C"/>
    <w:rsid w:val="004D71D0"/>
    <w:rsid w:val="00544840"/>
    <w:rsid w:val="005749B3"/>
    <w:rsid w:val="00582ED2"/>
    <w:rsid w:val="005B2AB7"/>
    <w:rsid w:val="005D4642"/>
    <w:rsid w:val="005E0649"/>
    <w:rsid w:val="00656896"/>
    <w:rsid w:val="006E3036"/>
    <w:rsid w:val="007070F0"/>
    <w:rsid w:val="0075229E"/>
    <w:rsid w:val="00771D56"/>
    <w:rsid w:val="00785976"/>
    <w:rsid w:val="00787305"/>
    <w:rsid w:val="007E42CE"/>
    <w:rsid w:val="007F6B2E"/>
    <w:rsid w:val="008057C8"/>
    <w:rsid w:val="008157FA"/>
    <w:rsid w:val="0082162B"/>
    <w:rsid w:val="0082696C"/>
    <w:rsid w:val="008776CF"/>
    <w:rsid w:val="008A4BBA"/>
    <w:rsid w:val="008A4D25"/>
    <w:rsid w:val="008B222A"/>
    <w:rsid w:val="008F05BD"/>
    <w:rsid w:val="00911610"/>
    <w:rsid w:val="0093541A"/>
    <w:rsid w:val="00982889"/>
    <w:rsid w:val="009C4A44"/>
    <w:rsid w:val="00A124DB"/>
    <w:rsid w:val="00A5255D"/>
    <w:rsid w:val="00A70DB2"/>
    <w:rsid w:val="00AA1D8D"/>
    <w:rsid w:val="00AC3BFA"/>
    <w:rsid w:val="00AE0656"/>
    <w:rsid w:val="00B148BD"/>
    <w:rsid w:val="00B21B24"/>
    <w:rsid w:val="00B47730"/>
    <w:rsid w:val="00B51A61"/>
    <w:rsid w:val="00B54474"/>
    <w:rsid w:val="00B7020C"/>
    <w:rsid w:val="00B849A1"/>
    <w:rsid w:val="00B856F0"/>
    <w:rsid w:val="00BB7612"/>
    <w:rsid w:val="00BF2831"/>
    <w:rsid w:val="00C13A8B"/>
    <w:rsid w:val="00C528BC"/>
    <w:rsid w:val="00C767BC"/>
    <w:rsid w:val="00CB0664"/>
    <w:rsid w:val="00D70E4A"/>
    <w:rsid w:val="00DA32EE"/>
    <w:rsid w:val="00E100AF"/>
    <w:rsid w:val="00E62A46"/>
    <w:rsid w:val="00EA07CC"/>
    <w:rsid w:val="00EA2877"/>
    <w:rsid w:val="00EB10F1"/>
    <w:rsid w:val="00EB63B5"/>
    <w:rsid w:val="00EE02E9"/>
    <w:rsid w:val="00F15579"/>
    <w:rsid w:val="00F274FB"/>
    <w:rsid w:val="00FC693F"/>
    <w:rsid w:val="00FD7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3B4B01"/>
    <w:rPr>
      <w:rFonts w:ascii="標楷體" w:eastAsia="標楷體" w:hAnsi="標楷體"/>
      <w:sz w:val="28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a">
    <w:name w:val="Balloon Text"/>
    <w:basedOn w:val="a1"/>
    <w:link w:val="affb"/>
    <w:uiPriority w:val="99"/>
    <w:semiHidden/>
    <w:unhideWhenUsed/>
    <w:rsid w:val="0047385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fb">
    <w:name w:val="註解方塊文字 字元"/>
    <w:basedOn w:val="a2"/>
    <w:link w:val="affa"/>
    <w:uiPriority w:val="99"/>
    <w:semiHidden/>
    <w:rsid w:val="0047385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3B4B01"/>
    <w:rPr>
      <w:rFonts w:ascii="標楷體" w:eastAsia="標楷體" w:hAnsi="標楷體"/>
      <w:sz w:val="28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a">
    <w:name w:val="Balloon Text"/>
    <w:basedOn w:val="a1"/>
    <w:link w:val="affb"/>
    <w:uiPriority w:val="99"/>
    <w:semiHidden/>
    <w:unhideWhenUsed/>
    <w:rsid w:val="0047385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fb">
    <w:name w:val="註解方塊文字 字元"/>
    <w:basedOn w:val="a2"/>
    <w:link w:val="affa"/>
    <w:uiPriority w:val="99"/>
    <w:semiHidden/>
    <w:rsid w:val="0047385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3E3E1E1-0B6E-4607-9571-73B867ED5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邱琇美</cp:lastModifiedBy>
  <cp:revision>2</cp:revision>
  <cp:lastPrinted>2026-05-27T06:52:00Z</cp:lastPrinted>
  <dcterms:created xsi:type="dcterms:W3CDTF">2026-05-29T08:43:00Z</dcterms:created>
  <dcterms:modified xsi:type="dcterms:W3CDTF">2026-05-29T08:43:00Z</dcterms:modified>
</cp:coreProperties>
</file>